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שבוע הבטיחות – בוחרים בטוח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שבוע הבטיחות – בוחרים בטוח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מצבי סיכון בבית, בחצר, בטבע, בדרך וברשת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את מספרי החירום ואת השימוש בהם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שלבי העצירה והחשיבה לפני בחירה בטוחה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101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100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102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מספר הכבאות הוא 102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למדים בשקופית החורשה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קסדי אומר לא לנתק עד שאומרים לכם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חושבים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2. 101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3. 100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(משטרה)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(מד"א)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(כבאות והצלה)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(שיטה כשהולכים לאיבוד)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עצירה נותנת זמן לראות את הסכנה ולבחור את הדרך הבטוחה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התייחסות אישית, קשר להתחייבות ברורה וסבירה, הסבר קצר ומנומק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100 משטרה, 101 מד"א, 102 כבאות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להתרחק, להירגע ולספר למבוגר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לעצור, לחשוב ולבחור בזהירות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לשחזר בכיתה את משחק 'מצא את הסכנה' מהמצגת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יחד נשימה לפי עש"ן ד"ק לפני החלק הכתוב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לסיים בכתיבת התחייבות אישית ותלייתה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שבוע הבטיחות – בוחרים בטוח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שבוע הבטיחות – בוחרים בטוח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במצגת שבוע הבטיחות פוגשים את קסדי, נוי ועידן, ולומדים איך לעצור, לחשוב ולבחור נכון במצבים שונים - בבית, בחצר, בטבע, בדרך וברשת.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100  ·  101  ·  חושבים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המספר הטלפון של מד"א?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101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102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המספר הטלפון של המשטרה?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101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102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המספר הטלפון של כבאות והצלה?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101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102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מספר הטלפון של כבאות הוא 100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כשהולכים לאיבוד ביער חשוב להתרחק מהסכנה ולספר למבוגר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בשיחת חירום אפשר לנתק מיד אחרי שמספרים מה קרה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קסדי אומר: עוצרים, __________, בוחרים.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מספר הטלפון של מד"א הוא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מספר הטלפון של המשטרה הוא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1. 100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כבאות והצלה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2. 101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שיטה כשהולכים לאיבוד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3. 102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משטרה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עש"ן ד"ק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מד"א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שאלות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מדוע חשוב לעצור ולחשוב לפני שבוחרים, במקום לפעול מיד?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התחייבות אחת לבחירה בטוחה שתקיימו השבוע, והסבירו למה בחרתם בה.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שלושת מספרי החירום שלמדנו?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עושים כשהולכים לאיבוד?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שבוע הבטיחות – בוחרים בטוח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