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מצבי סיכון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מספרי החירום ואת השימוש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העצירה והחשיבה לפני בחירה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ידית סיר בולטת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כדור על גג המחסן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הכבאות הוא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למדים בשקופית החורשה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קסדי אומר לא לנתק עד שאומרים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סוד כזה הוא סימן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אור אדום הוא סימן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(מד"א)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(שיטה כשהולכים לאיבוד)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(הבחירה הבטוחה)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עצירה נותנת זמן לראות את הסכנה ולבחור את הדרך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באור אדום, לשים לב לסביבה, לא לשמור סודות ולספר למבוגר על דברים מוזרים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אישית, קשר להתחייבות ברורה וסבירה, הסבר קצר ומנומק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משטרה, 101 מד"א, 102 כבאות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להתרחק, להירגע ולספר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לעצור, לחשוב ולבחור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לשחזר בכיתה את משחק 'מצא את הסכנה' מהמצגת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נשימה לפי עש"ן ד"ק לפני החלק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בכתיבת התחייבות אישית ותלייתה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יש דמויות שלומדות להיות בטוחות. נלמד מה לעשות בבית, בחצר, ביער, בדרך וכשמשתמשים במסך.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הקסדה שמלווה ועוזרת ללמוד בטיחות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עש"ן ד"ק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שלבים שעוזרים כשהולכים לאיבוד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מד"א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שירות אמבולנסים לעזרה רפואית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כבאות והצלה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השירות שמכבה שריפות ומציל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שמתחייב לבחור נכון ומלמד גם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אישית לפעול בצורה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שמחפש ושם לב לפרטים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מספר מתקשרים כשצריך אמבולנס?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מספר מתקשרים למשטרה?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מספר מתקשרים כשיש שריפה?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מסוכן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ידית סיר בולטת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כבוי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 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 אומר שהבחירה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עידן רואה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על גג 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אופניים הפוכים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 פתוחה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הטלפון של כבאות הוא 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כשהולכים לאיבוד ביער חשוב להתרחק מהסכנה ולספר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חירום אפשר לנתק מיד אחרי שמספרים מה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ברשת מבקש לשמור סוד מההורים, חשוב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ברמזור אדום ממשיכים ללכת אם ממהרים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קסדי אומר: עוצרים, __________, 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הטלפון של מד"א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הטלפון של המשטרה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באות ע' בשיטת עש"ן ד"ק הכוונה היא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אש בטבע מתרחקים ומתקשרים למספר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מד"א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הבחירה הבטוחה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עש"ן ד"ק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שביל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שיטה כשהולכים לאיבוד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לעצור ולחשוב לפני שבוחרים, במקום לפעול מיד?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כדי להישאר בטוחים בדרך וכשמשתמשים במסך?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התחייבות אחת לבחירה בטוחה שתקיימו השבוע,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מספרי החירום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כשהולכים לאיבוד?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הבחירה הבטוחה כשרואים סכנה?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