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שבוע הבטיחות – בוחרים בטוח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שבוע הבטיחות – בוחרים בטוח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מצבי סיכון בבית, בחצר, בטבע, בדרך וברשת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את מספרי החירום ואת השימוש בהם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שלבי העצירה והחשיבה לפני בחירה בטוחה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101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100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 – 102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ידית סיר בולטת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ירוק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כדור על גג המחסן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מספר הכבאות הוא 102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למדים בשקופית החורשה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קסדי אומר לא לנתק עד שאומרים לכם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סוד כזה הוא סימן אזהרה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אור אדום הוא סימן לעצור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חושבים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2. 101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3. 100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עצור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5. 102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(משטרה)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(מד"א)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(כבאות והצלה)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(שיטה כשהולכים לאיבוד)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(הבחירה הבטוחה)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שאלות קצרות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 עצירה נותנת זמן לראות את הסכנה ולבחור את הדרך הבטוחה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לעצור באור אדום, לשים לב לסביבה, לא לשמור סודות ולספר למבוגר על דברים מוזרים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התייחסות אישית, קשר להתחייבות ברורה וסבירה, הסבר קצר ומנומק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100 משטרה, 101 מד"א, 102 כבאות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להתרחק, להירגע ולספר למבוגר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לעצור, לחשוב ולבחור בזהירות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לשחזר בכיתה את משחק 'מצא את הסכנה' מהמצגת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לתרגל יחד נשימה לפי עש"ן ד"ק לפני החלק הכתוב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לסיים בכתיבת התחייבות אישית ותלייתה בכיתה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שבוע הבטיחות – בוחרים בטוח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שבוע הבטיחות – בוחרים בטוח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במצגת שבוע הבטיחות פוגשים את קסדי, נוי ועידן, ולומדים איך לעצור, לחשוב ולבחור נכון במצבים שונים - בבית, בחצר, בטבע, בדרך וברשת.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המספר הטלפון של מד"א?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101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102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103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המספר הטלפון של המשטרה?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101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102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104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המספר הטלפון של כבאות והצלה?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101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103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102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היה מצב הסכנה במטבח בשקופית הראשונה?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ידית סיר בולטת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חלון פתוח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אור כבוי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דלת נעולה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איזה צבע מסמן את הבחירה הבטוחה בשביל הזוהר?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אדום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כחול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צהוב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עידן רואה בחצר שגורם לו לעצור ולחשוב?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כדור על גג המחסן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חתול על עץ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אופניים הפוכים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דלת פתוחה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מספר הטלפון של כבאות הוא 100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כשהולכים לאיבוד ביער חשוב להתרחק מהסכנה ולספר למבוגר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בשיחת חירום אפשר לנתק מיד אחרי שמספרים מה קרה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מישהו ברשת מבקש לשמור סוד מההורים, חשוב לספר למבוגר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ברמזור אדום ממשיכים ללכת אם ממהרים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קסדי אומר: עוצרים, __________, בוחרים.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מספר הטלפון של מד"א הוא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מספר הטלפון של המשטרה הוא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באות ע' בשיטת עש"ן ד"ק הכוונה היא ל__________.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כשרואים אש בטבע מתרחקים ומתקשרים למספר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1. 100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כבאות והצלה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2. 101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הבחירה הבטוחה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3. 102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שיטה כשהולכים לאיבוד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עש"ן ד"ק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מד"א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שביל ירוק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משטרה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שאלות קצרות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מדוע חשוב לעצור ולחשוב לפני שבוחרים, במקום לפעול מיד?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אפשר לעשות כדי להישאר בטוחים בדרך וכשמשתמשים במסך?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התחייבות אחת לבחירה בטוחה שתקיימו השבוע, והסבירו למה בחרתם בה.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שלושת מספרי החירום שלמדנו?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עושים כשהולכים לאיבוד?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הבחירה הבטוחה כשרואים סכנה?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שבוע הבטיחות – בוחרים בטוח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